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NOTA DE ENCARGO DE VENTA</w:t>
      </w:r>
    </w:p>
    <w:p>
      <w:pPr>
        <w:pStyle w:val="Heading2"/>
      </w:pPr>
      <w:r>
        <w:t>1. Partes</w:t>
      </w:r>
    </w:p>
    <w:p>
      <w:r>
        <w:t>Propietario/a: nombre y apellidos o razón social: ____________</w:t>
      </w:r>
    </w:p>
    <w:p>
      <w:r>
        <w:t>DNI/NIE/CIF: _________________________________________________</w:t>
      </w:r>
    </w:p>
    <w:p>
      <w:r>
        <w:t>Domicilio: ___________________________________________________</w:t>
      </w:r>
    </w:p>
    <w:p>
      <w:r>
        <w:t>Teléfono y correo electrónico: _______________________________</w:t>
      </w:r>
    </w:p>
    <w:p>
      <w:r>
        <w:t>Agencia: nombre comercial, razón social y NIF/CIF: ___________</w:t>
      </w:r>
    </w:p>
    <w:p>
      <w:r>
        <w:t>Domicilio de la agencia y n.º de registro de agente (si aplica): __________</w:t>
      </w:r>
    </w:p>
    <w:p>
      <w:r>
        <w:t>Agente responsable: __________________________________________</w:t>
      </w:r>
    </w:p>
    <w:p>
      <w:pPr>
        <w:pStyle w:val="Heading2"/>
      </w:pPr>
      <w:r>
        <w:t>2. Inmueble</w:t>
      </w:r>
    </w:p>
    <w:p>
      <w:r>
        <w:t>Dirección completa: __________________________________________</w:t>
      </w:r>
    </w:p>
    <w:p>
      <w:r>
        <w:t>Referencia catastral: ________________________________________</w:t>
      </w:r>
    </w:p>
    <w:p>
      <w:r>
        <w:t>Datos registrales (registro, tomo, libro, folio, finca): __________</w:t>
      </w:r>
    </w:p>
    <w:p>
      <w:r>
        <w:t>Superficie y descripción: ____________________________________</w:t>
      </w:r>
    </w:p>
    <w:p>
      <w:r>
        <w:t>Cargas conocidas (hipoteca, embargos, arrendamientos): __________</w:t>
      </w:r>
    </w:p>
    <w:p>
      <w:r>
        <w:t>Certificado de eficiencia energética (sí / no / en trámite): __________</w:t>
      </w:r>
    </w:p>
    <w:p>
      <w:pPr>
        <w:pStyle w:val="Heading2"/>
      </w:pPr>
      <w:r>
        <w:t>3. Condiciones del encargo</w:t>
      </w:r>
    </w:p>
    <w:p>
      <w:r>
        <w:t>Precio de venta solicitado: __________________________________</w:t>
      </w:r>
    </w:p>
    <w:p>
      <w:r>
        <w:t>Precio mínimo aceptable (opcional): __________________________</w:t>
      </w:r>
    </w:p>
    <w:p>
      <w:r>
        <w:t>Modalidad: en exclusiva / sin exclusiva: _____________________</w:t>
      </w:r>
    </w:p>
    <w:p>
      <w:r>
        <w:t>Duración del encargo y forma de renovación: __________________</w:t>
      </w:r>
    </w:p>
    <w:p>
      <w:r>
        <w:t>Honorarios de la agencia (porcentaje o importe, IVA aparte) y momento en que se devengan: __________</w:t>
      </w:r>
    </w:p>
    <w:p>
      <w:pPr>
        <w:pStyle w:val="Heading2"/>
      </w:pPr>
      <w:r>
        <w:t>4. Facultades de la agencia</w:t>
      </w:r>
    </w:p>
    <w:p>
      <w:r>
        <w:t>La propiedad autoriza a la agencia a: promocionar el inmueble en su web, en portales inmobiliarios y en otros canales; tomar fotografías y vídeos; colocar cartel [sí / no]; enseñar el inmueble a potenciales compradores; y [recibir / no recibir] cantidades a cuenta en nombre de la propiedad.</w:t>
      </w:r>
    </w:p>
    <w:p>
      <w:r>
        <w:t>La propiedad se compromete a facilitar la documentación necesaria para la venta y a informar a la agencia de cualquier oferta o contacto que reciba directamente sobre el inmueble mientras dure el encargo.</w:t>
      </w:r>
    </w:p>
    <w:p>
      <w:pPr>
        <w:pStyle w:val="Heading2"/>
      </w:pPr>
      <w:r>
        <w:t>5. Resolución</w:t>
      </w:r>
    </w:p>
    <w:p>
      <w:r>
        <w:t>El encargo finaliza al vencer su plazo, por acuerdo de ambas partes o por incumplimiento de cualquiera de ellas. Condiciones de desistimiento anticipado: ________.</w:t>
      </w:r>
    </w:p>
    <w:p>
      <w:pPr>
        <w:pStyle w:val="Heading2"/>
      </w:pPr>
      <w:r>
        <w:t>6. Protección de datos</w:t>
      </w:r>
    </w:p>
    <w:p>
      <w:r>
        <w:t>Responsable: [nombre de la agencia y datos de contacto]. Finalidad: gestionar el encargo de venta y la promoción del inmueble. Legitimación: ejecución del contrato. Conservación: [plazo]. Puede ejercer sus derechos de acceso, rectificación, supresión, oposición, limitación y portabilidad en [dirección o correo], y reclamar ante la Agencia Española de Protección de Datos.</w:t>
      </w:r>
    </w:p>
    <w:p>
      <w:r>
        <w:t>En ________________, a ____ de ______________ de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320"/>
          </w:tcPr>
          <w:p>
            <w:r>
              <w:t>Firma de la propiedad</w:t>
            </w:r>
          </w:p>
        </w:tc>
        <w:tc>
          <w:tcPr>
            <w:tcW w:type="dxa" w:w="4320"/>
          </w:tcPr>
          <w:p>
            <w:r>
              <w:t>Firma de la agencia</w:t>
            </w:r>
          </w:p>
        </w:tc>
      </w:tr>
    </w:tbl>
    <w:p>
      <w:r>
        <w:rPr>
          <w:sz w:val="17"/>
        </w:rPr>
        <w:t>Modelo orientativo. La regulación de la actividad de agente inmobiliario y la validez de cláusulas como la exclusividad o los honorarios dependen de la comunidad autónoma y de cada caso: revísalo con tu asesor jurídico antes de usarlo.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Vestta · www.vestta.io/plantillas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