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HOJA DE VISITA</w:t>
      </w:r>
    </w:p>
    <w:p>
      <w:pPr>
        <w:pStyle w:val="Heading2"/>
      </w:pPr>
      <w:r>
        <w:t>1. Agencia</w:t>
      </w:r>
    </w:p>
    <w:p>
      <w:r>
        <w:t>Nombre comercial: ____________________________________________</w:t>
      </w:r>
    </w:p>
    <w:p>
      <w:r>
        <w:t>Razón social y NIF/CIF: ______________________________________</w:t>
      </w:r>
    </w:p>
    <w:p>
      <w:r>
        <w:t>Dirección: ___________________________________________________</w:t>
      </w:r>
    </w:p>
    <w:p>
      <w:r>
        <w:t>N.º de registro de agente inmobiliario (si aplica): __________</w:t>
      </w:r>
    </w:p>
    <w:p>
      <w:r>
        <w:t>Agente que acompaña la visita: _______________________________</w:t>
      </w:r>
    </w:p>
    <w:p>
      <w:r>
        <w:t>Teléfono y correo electrónico: _______________________________</w:t>
      </w:r>
    </w:p>
    <w:p>
      <w:pPr>
        <w:pStyle w:val="Heading2"/>
      </w:pPr>
      <w:r>
        <w:t>2. Visitante</w:t>
      </w:r>
    </w:p>
    <w:p>
      <w:r>
        <w:t>Nombre y apellidos: __________________________________________</w:t>
      </w:r>
    </w:p>
    <w:p>
      <w:r>
        <w:t>DNI/NIE/Pasaporte: ___________________________________________</w:t>
      </w:r>
    </w:p>
    <w:p>
      <w:r>
        <w:t>Teléfono: ____________________________________________________</w:t>
      </w:r>
    </w:p>
    <w:p>
      <w:r>
        <w:t>Correo electrónico: __________________________________________</w:t>
      </w:r>
    </w:p>
    <w:p>
      <w:r>
        <w:t>Acompañantes (nombre y relación): ____________________________</w:t>
      </w:r>
    </w:p>
    <w:p>
      <w:pPr>
        <w:pStyle w:val="Heading2"/>
      </w:pPr>
      <w:r>
        <w:t>3. Inmueble visitado</w:t>
      </w:r>
    </w:p>
    <w:p>
      <w:r>
        <w:t>Referencia interna: __________________________________________</w:t>
      </w:r>
    </w:p>
    <w:p>
      <w:r>
        <w:t>Dirección: ___________________________________________________</w:t>
      </w:r>
    </w:p>
    <w:p>
      <w:r>
        <w:t>Tipo de inmueble: ____________________________________________</w:t>
      </w:r>
    </w:p>
    <w:p>
      <w:r>
        <w:t>Operación (venta / alquiler): ________________________________</w:t>
      </w:r>
    </w:p>
    <w:p>
      <w:r>
        <w:t>Precio anunciado: ____________________________________________</w:t>
      </w:r>
    </w:p>
    <w:p>
      <w:pPr>
        <w:pStyle w:val="Heading2"/>
      </w:pPr>
      <w:r>
        <w:t>4. Datos de la visita</w:t>
      </w:r>
    </w:p>
    <w:p>
      <w:r>
        <w:t>Fecha: _______________________________________________________</w:t>
      </w:r>
    </w:p>
    <w:p>
      <w:r>
        <w:t>Hora de inicio y de fin: _____________________________________</w:t>
      </w:r>
    </w:p>
    <w:p>
      <w:r>
        <w:t>Observaciones del visitante: _________________________________</w:t>
      </w:r>
    </w:p>
    <w:p>
      <w:r>
        <w:t>Interés (alto / medio / bajo) y siguiente paso acordado: __________</w:t>
      </w:r>
    </w:p>
    <w:p>
      <w:pPr>
        <w:pStyle w:val="Heading2"/>
      </w:pPr>
      <w:r>
        <w:t>5. Declaración del visitante</w:t>
      </w:r>
    </w:p>
    <w:p>
      <w:r>
        <w:t>El visitante declara que en la fecha indicada ha visitado el inmueble descrito, que le ha sido presentado e informado por la agencia, y que no lo conocía con anterioridad por otra vía [o: que ya lo conocía a través de ________].</w:t>
      </w:r>
    </w:p>
    <w:p>
      <w:r>
        <w:t>El visitante se compromete a canalizar a través de la agencia cualquier negociación sobre este inmueble y a comunicarle si llega a un acuerdo con la propiedad, en los términos y plazos que se indican a continuación: ________.</w:t>
      </w:r>
    </w:p>
    <w:p>
      <w:pPr>
        <w:pStyle w:val="Heading2"/>
      </w:pPr>
      <w:r>
        <w:t>6. Protección de datos</w:t>
      </w:r>
    </w:p>
    <w:p>
      <w:r>
        <w:t>Responsable: [nombre de la agencia y datos de contacto]. Finalidad: gestionar la visita y el seguimiento comercial del inmueble visitado. Legitimación: [ejecución de medidas precontractuales a petición del interesado / consentimiento]. Conservación: [plazo]. Puede ejercer sus derechos de acceso, rectificación, supresión, oposición, limitación y portabilidad en [dirección o correo], y reclamar ante la Agencia Española de Protección de Datos.</w:t>
      </w:r>
    </w:p>
    <w:p>
      <w:r>
        <w:t>En ________________, a ____ de ______________ de 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br/>
              <w:br/>
              <w:br/>
              <w:t>______________________________</w:t>
            </w:r>
          </w:p>
        </w:tc>
        <w:tc>
          <w:tcPr>
            <w:tcW w:type="dxa" w:w="4320"/>
          </w:tcPr>
          <w:p>
            <w:r>
              <w:br/>
              <w:br/>
              <w:br/>
              <w:t>______________________________</w:t>
            </w:r>
          </w:p>
        </w:tc>
      </w:tr>
      <w:tr>
        <w:tc>
          <w:tcPr>
            <w:tcW w:type="dxa" w:w="4320"/>
          </w:tcPr>
          <w:p>
            <w:r>
              <w:t>Firma del visitante</w:t>
            </w:r>
          </w:p>
        </w:tc>
        <w:tc>
          <w:tcPr>
            <w:tcW w:type="dxa" w:w="4320"/>
          </w:tcPr>
          <w:p>
            <w:r>
              <w:t>Firma del agente</w:t>
            </w:r>
          </w:p>
        </w:tc>
      </w:tr>
    </w:tbl>
    <w:p>
      <w:r>
        <w:rPr>
          <w:sz w:val="17"/>
        </w:rPr>
        <w:t>Modelo orientativo. Adapta las cláusulas y la información de protección de datos a tu agencia y revísalas con tu asesor jurídico antes de usarlas.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Vestta · www.vestta.io/plantillas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